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🗺️ דף תרגול: מסע בתחנות 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שאלות, התאמות, אותיות קסם. נושאים: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מסע בתחנות: המסע אל הפסגה – אותיות החזון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2–ד · 3–ג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כי ההר מזכיר את הר סיני ומשם מביטים לעבר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2–ד · 3–א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הכיסופים מרחוק הפכו לתפילה מול העיר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מילת הקוד: חזון – חזון – תמונה משותפת של עתיד: ירושלים וערכים של צדק ואחדות. החזון הזה החזיק את הקהילה דורות, גם כשהחלום נראה רחוק.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תחנת בונוס: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מודיעין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2–ג · 3–א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תכננו תחנה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שאלה שקשורה לנושא;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🗺️ מסע בתחנות – חדר בריחה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מסע בתחנות: המסע אל הפסגה – אותיות החזון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פתרו כל תחנה. התשובות יעזרו לכם לגלות את מילת הקוד: כל תחנה שומרת אות אחת – תחנה 1 = האות הראשונה, וכן הלאה.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🗺️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מן הכפר באתיופיה, דרך ההר ועד הטיילת בירושלים. כל תחנה שתפתרו תעניק לכם אות. ארבע אותיות – מילה אחת שהחזיקה קהילה שלמה.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🔑 רמז למילת הקוד: 4 אותיות.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🏡 תחנה: הכפר –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מנהיג רוחני של הקהילה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שפת הדיבור היומיומית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געז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שפה עתיקה של תפילה וכתבים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אמהרית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כתבי הקודש של הקהילה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⛰️ ההר: מדוע, לפי המסורת, נערכה התפילה דווקא על ראש הר?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כדי להתרחק מהשוק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ההר מזכיר את הר סיני ומשם מביטים לעבר ירושלים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היה אסור להתפלל בכפר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כדי לראות את הים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📅 תחנה: לוח השנה – התאימו כל היגד להקשר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חמישים יום אחרי יום הכיפורים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חשבון נפש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ימי עזרא ונחמיה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שמחה ואחדות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צום עד הצהריים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מועד הסיגד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סעודה משותפת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חידוש הברית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🌇 הטיילת: מה השתנה בחגיגת הסיגד אחרי העלייה לישראל?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החג בוטל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החג עבר לחודש ניסן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הכיסופים מרחוק הפכו לתפילה מול העיר עצמה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רק הקסים ממשיכים לחגוג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אותיות הקוד (בערבוב) – סדרו אותן למילה: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ז  ·  ן  ·  ח  ·  ו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🔑 מילת הקוד:   ___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תחנת בונוס: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פתרו גם את תחנות הבונוס.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🏞️ מודיעין: לפי המסורת, מאיזו עיירה יצאה משפחת החשמונאים?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צפת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מודיעין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טבריה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אילת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🏛️ תחנה: בית המקדש –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א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ב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חנוכת הבית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כלי של שבעה קנים במקדש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פך שמן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כלי של שמונה קנים ועוד שמש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מנורה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כלי קטן ששמר על שמן טהור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חנוכייה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פתיחה מחודשת וחגיגית של מקום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תכננו תחנה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תחנה למסע: שם המקום, שאלה, 3 תשובות לבחירה, והתשובה הנכונה.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שם התחנה: __________   השאלה: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א. __________   ב. __________   ג. __________   התשובה הנכונה: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מסע בתחנות – חדר בריחה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מסע בתחנות – חדר בריחה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