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🗺️ דף תרגול: מסע בתחנות 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שאלות, התאמות, אותיות קסם. נושאים: 📚 לשון, 🌍 גלובליזציה – כפר עולמי.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מסע בתחנות: 🗺️ מסע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2–ב · 3–ד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2–א · 3–ג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ד – מאפייה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מילת הקוד: עברית – עברית – השפה שאנחנו בונים יחד, מילה אחרי מילה.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תחנת בונוס: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א –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2–ג · 3–ב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תכננו תחנה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שאלה שקשורה לנושא;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🗺️ מסע בתחנות – חדר בריחה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מסע בתחנות: 🗺️ מסע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פתרו כל תחנה. גלו את מילת הקוד.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🗺️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עוברים בחמש תחנות. בכל תחנה יש משימה. בסוף מגלים מילה חשובה.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🔑 רמז למילת הקוד: 5 אותיות.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📖 כיתת האולפן: מה השורש של "מכתב"?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מכת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כתב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תבמ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כבת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👥 תחנה: פינת הרבים – התאימו יחיד לרבים.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ספר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ערים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ילדה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ילדות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שולחן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ספרים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עיר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שולחנות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🏷️ תחנה: פינת ה״א – התאימו מילה לפירוש.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ספר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ספר ידוע ומסוים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הספר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ספר כלשהו, לא ידוע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בספר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בתוך הספר: ב + 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🍞 המאפייה: איזו מילה היא מקום?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אופה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בצק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חלה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מאפייה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✉️ הדואר: השלימו: "אני כותבת ___ לחברה."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מכתב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כתובת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כתר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כותב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אותיות הקוד (בערבוב) – סדרו אותן למילה: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  ·  ב  ·  ע  ·  י  ·  ר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🔑 מילת הקוד:   ___   ___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תחנת בונוס: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פתרו.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🌱 שדה הכותנה: הכותנה גדלה בשדה. מה עושים ממנה?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בגדים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מכוניות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טלפונים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בתים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🏭 תחנה: המפעל – התאימו מילה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חומר גלם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מה שמגיע מהטבע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מפעל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אדם שעושה את העבודה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עובד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מקום שמייצרים בו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תכננו תחנה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שאלה ותשובה לתחנה.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שם התחנה: __________   השאלה: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א. __________   ב. __________   ג. __________   התשובה הנכונה: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מסע בתחנות – חדר בריחה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מסע בתחנות – חדר בריחה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