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🗺️ דף תרגול: מסע בתחנות – חדר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שאלות, התאמות, אותיות קסם. נושאים: 🕎 כסליו–חנוכה, 📚 לשון.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מסע בתחנות: 🗺️ מסע ארבע התחנות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שמונה ועוד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ג –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ב – פה –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מילת הקוד: נרות – נרות – האור של חנוכה. 🕯️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תחנת בונוס: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תכננו תחנה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שאלה שקשורה לנושא; תשובה נכונה אחת.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🗺️ מסע בתחנות – חדר בריחה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מסע בתחנות: 🗺️ מסע ארבע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פתרו כל תחנה. גלו את מילת הקוד.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🗺️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ארבע תחנות. בכל תחנה – אות אחת. 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🔑 רמז למילת הקוד: 4 אותיות.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📅 לוח השנה: באיזה חודש מתחילה חנוכה?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ניסן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כסלו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אב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🕎 החנוכייה: כמה נרות דולקים בערב האחרון?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שמונה ועוד שמש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שלושה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עשרה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🍳 המטבח: מה מטגנים בשמן בחנוכה?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סלט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גלידה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לביבות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4. 🎲 הסביבון: מה פירוש האות פ בסביבון?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פרח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פה – בארץ ישראל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פעם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אותיות הקוד (בערבוב) – סדרו אותן למילה: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ת  ·  ר  ·  ו  ·  נ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🔑 מילת הקוד:   ___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תחנת בונוס: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פתרו.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📚 ה״א הידיעה: באיזו מילה יש ה״א הידיעה?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ספר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הספר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ספרים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תכננו תחנה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שאלה ותשובה לתחנה.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שם התחנה: __________   השאלה: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א. __________   ב. __________   ג. __________   התשובה הנכונה: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מסע בתחנות – חדר בריחה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מסע בתחנות – חדר בריחה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