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🔎 דף תרגול: בלש הניסוח והדקדוק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 רגיל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ה״א הידיעה, בגדכפ״ת, שם המספר, התאם. נושאים: 🕎 כסליו–חנוכה, 📚 לשון. זמן משוער: 15–25 דק׳. מסלול רגיל.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בלש הניסוח: 🕎 כסליו–חנוכה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בהבית ← בבית (ה״א הידיעה נבלעת אחרי אותיות השימוש ב, כ, ל)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שלוש נרות ← שלושה נרות (שם המספר: נר – זכר, לכן שלושה)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הסופגניות החם ← הסופגניות החמות (התאם שם עצם–תואר: נקבה רבות)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4. השמש הגבוהה ← השמש הגבוה (התאם שם עצם–תואר: השמש שבחנוכייה הוא נר – זכר (בניגוד לשמש בשמיים))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5. עשרה דקות ← עשר דקות (שם המספר: דקה – נקבה, לכן עשר)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תיקון עם סימון: 📚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בהספרייה ← בספרייה (ה״א הידיעה נבלעת אחרי ב)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הספרנית הנחמד ← הספרנית הנחמדה (התאם שם עצם–תואר: ספרנית – נקבה)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המדפי ספרים ← מדפי הספרים (ה״א הידיעה בסמיכות באה על הסומך)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4. שלושה ספרים חדשות ← שלושה ספרים חדשים (התאם: ספרים – זכר רבים)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5. שתיים כרטיסי קורא ← שני כרטיסי קורא (שם המספר בצורת נסמך לפני שם עצם: שני)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כותבים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משפטים תקינים שמדגימים את הכלל.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🔎 בלש הניסוח והדקדוק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מסלול: רגיל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א׳ – בלש הניסוח: 🕎 כסליו–חנוכה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בטקסט מסתתרות 5 טעויות לשון. מצאו כל טעות, כתבו את התיקון ואת הכלל.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📄 הטקסט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בערב השלישי של חנוכה התאספנו בהבית של סבתא. הדלקנו שלוש נרות ועוד שמש. הסופגניות החם חיכו על השולחן. השמש הגבוהה עמד בצד והאיר את הקיר. בסוף שיחקנו בסביבון עשרה דקות.</w:t>
            </w:r>
          </w:p>
        </w:tc>
      </w:tr>
    </w:tbl>
    <w:p>
      <w:pPr>
        <w:bidi/>
        <w:spacing w:after="2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605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#</w:t>
            </w:r>
          </w:p>
        </w:tc>
        <w:tc>
          <w:tcPr>
            <w:tcW w:type="dxa" w:w="2826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הטעות</w:t>
            </w:r>
          </w:p>
        </w:tc>
        <w:tc>
          <w:tcPr>
            <w:tcW w:type="dxa" w:w="2826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התיקון</w:t>
            </w:r>
          </w:p>
        </w:tc>
        <w:tc>
          <w:tcPr>
            <w:tcW w:type="dxa" w:w="3835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הכלל</w:t>
            </w:r>
          </w:p>
        </w:tc>
      </w:tr>
      <w:tr>
        <w:tc>
          <w:tcPr>
            <w:tcW w:type="dxa" w:w="60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</w:t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383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60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</w:t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383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60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</w:t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383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60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</w:t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383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60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5.</w:t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383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ב׳ – תיקון עם סימון: 📚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כאן הטעויות כבר מסומנות בסוגריים ⟦ ⟧. כתבו את התיקון ואת הכלל.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📄 הטקסט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ביום ראשון ביקרנו ⟦בהספרייה⟧ העירונית. ⟦הספרנית הנחמד⟧ הראתה לנו את ⟦המדפי ספרים⟧. כל אחד בחר ⟦שלושה ספרים חדשות⟧ וישב לקרוא. בסוף קיבלנו ⟦שתיים כרטיסי קורא⟧.</w:t>
            </w:r>
          </w:p>
        </w:tc>
      </w:tr>
    </w:tbl>
    <w:p>
      <w:pPr>
        <w:bidi/>
        <w:spacing w:after="2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605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#</w:t>
            </w:r>
          </w:p>
        </w:tc>
        <w:tc>
          <w:tcPr>
            <w:tcW w:type="dxa" w:w="2826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הטעות</w:t>
            </w:r>
          </w:p>
        </w:tc>
        <w:tc>
          <w:tcPr>
            <w:tcW w:type="dxa" w:w="2826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התיקון</w:t>
            </w:r>
          </w:p>
        </w:tc>
        <w:tc>
          <w:tcPr>
            <w:tcW w:type="dxa" w:w="3835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הכלל</w:t>
            </w:r>
          </w:p>
        </w:tc>
      </w:tr>
      <w:tr>
        <w:tc>
          <w:tcPr>
            <w:tcW w:type="dxa" w:w="60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</w:t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383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60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</w:t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383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60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</w:t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383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60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</w:t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383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60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5.</w:t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383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ג׳ – כותבים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בחרו כלל אחד מהטבלאות וכתבו שני משפטים חדשים שמדגימים אותו נכון.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בלש הניסוח והדקדוק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דבר אחד חשוב שלמדתי היום: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אחת שעדיין נשארה 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בלש הניסוח והדקדוק –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