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🔎 דף תרגול: בלש הניסוח והדקדוק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ה״א הידיעה, בגדכפ״ת, שם המספר, התאם. נושאים: 📚 לשון, 🌍 גלובליזציה – כפר עולמי.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בלש הניסוח: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בהספרייה ← בספרייה (ה״א נבלעת אחרי 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מדפים גבוה ← מדפים גבוהים (רבים – גבוהים)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בהפינה ← בפינה (ה״א נבלעת אחרי 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תיקון עם סימון: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ב-הנמל ← בנמל (ה״א הידיעה נבלעת אחרי ב׳)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שלושה מכולות ← שלוש מכולות (מכולה – נקבה: שלוש)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האונייה הענקי ← האונייה הענקית (אונייה – נקבה: ענקית)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כותבים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משפטים תקינים שמדגימים את הכלל.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🔎 בלש הניסוח והדקדוק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בלש הניסוח: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יש 3 טעויות. הן מסומנות ב-⟦ ⟧. כתבו תיקון.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ביקרנו ⟦בהספרייה⟧. ראינו ⟦מדפים גבוה⟧. ישבנו ⟦בהפינה⟧ וקראנו.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60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הטעות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התיקון</w:t>
            </w:r>
          </w:p>
        </w:tc>
        <w:tc>
          <w:tcPr>
            <w:tcW w:type="dxa" w:w="383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הכלל</w:t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תיקון עם סימון: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הטעויות מסומנות ⟦ ⟧.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ביקרנו ⟦ב-הנמל⟧. ראינו ⟦שלושה מכולות⟧. ⟦האונייה הענקי⟧ יצאה לדרך.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60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הטעות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התיקון</w:t>
            </w:r>
          </w:p>
        </w:tc>
        <w:tc>
          <w:tcPr>
            <w:tcW w:type="dxa" w:w="383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הכלל</w:t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כותבים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נכון אחד.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בלש הניסוח והדקדוק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בלש הניסוח והדקדוק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